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69C92" w14:textId="77777777" w:rsidR="00203608" w:rsidRPr="006C2FCD" w:rsidRDefault="00203608" w:rsidP="00EA2D91">
      <w:pPr>
        <w:rPr>
          <w:rFonts w:ascii="Garamond" w:hAnsi="Garamond"/>
          <w:b/>
          <w:lang w:val="hu-HU"/>
        </w:rPr>
      </w:pPr>
    </w:p>
    <w:p w14:paraId="494B9FEA" w14:textId="7C4E10A3" w:rsidR="006C2FCD" w:rsidRPr="006C2FCD" w:rsidRDefault="006C2FCD" w:rsidP="00E90600">
      <w:pPr>
        <w:jc w:val="center"/>
        <w:rPr>
          <w:rFonts w:ascii="Garamond" w:hAnsi="Garamond"/>
          <w:b/>
          <w:lang w:val="hu-HU"/>
        </w:rPr>
      </w:pPr>
      <w:r w:rsidRPr="006C2FCD">
        <w:rPr>
          <w:rFonts w:ascii="Garamond" w:hAnsi="Garamond"/>
          <w:b/>
          <w:lang w:val="hu-HU"/>
        </w:rPr>
        <w:t xml:space="preserve">Jelentkezési lap </w:t>
      </w:r>
      <w:r w:rsidR="00E90600">
        <w:rPr>
          <w:rFonts w:ascii="Garamond" w:hAnsi="Garamond"/>
          <w:b/>
          <w:lang w:val="hu-HU"/>
        </w:rPr>
        <w:t xml:space="preserve">- </w:t>
      </w:r>
      <w:bookmarkStart w:id="0" w:name="_Hlk231897034"/>
      <w:r w:rsidR="00E90600" w:rsidRPr="00E90600">
        <w:rPr>
          <w:rFonts w:ascii="Garamond" w:hAnsi="Garamond"/>
          <w:b/>
          <w:lang w:val="hu-HU"/>
        </w:rPr>
        <w:t>Újra rajzolt emlékek</w:t>
      </w:r>
      <w:r w:rsidR="00E90600">
        <w:rPr>
          <w:rFonts w:ascii="Garamond" w:hAnsi="Garamond"/>
          <w:b/>
          <w:lang w:val="hu-HU"/>
        </w:rPr>
        <w:t xml:space="preserve"> - </w:t>
      </w:r>
      <w:r w:rsidR="00E90600" w:rsidRPr="00E90600">
        <w:rPr>
          <w:rFonts w:ascii="Garamond" w:hAnsi="Garamond"/>
          <w:b/>
          <w:lang w:val="hu-HU"/>
        </w:rPr>
        <w:t>Generációk kapcsolata a demencia árnyékában</w:t>
      </w:r>
      <w:r w:rsidR="00E90600">
        <w:rPr>
          <w:rFonts w:ascii="Garamond" w:hAnsi="Garamond"/>
          <w:b/>
          <w:lang w:val="hu-HU"/>
        </w:rPr>
        <w:t xml:space="preserve"> c. pályázatra</w:t>
      </w:r>
    </w:p>
    <w:bookmarkEnd w:id="0"/>
    <w:p w14:paraId="11C4053A" w14:textId="77777777" w:rsidR="006C2FCD" w:rsidRPr="006C2FCD" w:rsidRDefault="006C2FCD" w:rsidP="006C2FCD">
      <w:pPr>
        <w:jc w:val="center"/>
        <w:rPr>
          <w:rFonts w:ascii="Garamond" w:hAnsi="Garamond"/>
          <w:b/>
          <w:lang w:val="hu-HU"/>
        </w:rPr>
      </w:pPr>
    </w:p>
    <w:p w14:paraId="78514F6C" w14:textId="4ECA7DDE" w:rsidR="00106525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b/>
          <w:lang w:val="hu-HU"/>
        </w:rPr>
        <w:t>Személyes adatok</w:t>
      </w:r>
    </w:p>
    <w:p w14:paraId="6260DFE3" w14:textId="77777777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Név: ________________________________</w:t>
      </w:r>
      <w:r w:rsidR="00EA2D91" w:rsidRPr="006C2FCD">
        <w:rPr>
          <w:rFonts w:ascii="Garamond" w:hAnsi="Garamond"/>
          <w:lang w:val="hu-HU"/>
        </w:rPr>
        <w:t>___________________</w:t>
      </w:r>
    </w:p>
    <w:p w14:paraId="3979F8D5" w14:textId="331EE7D4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Születési név: ________________________________</w:t>
      </w:r>
      <w:r w:rsidR="00EA2D91" w:rsidRPr="006C2FCD">
        <w:rPr>
          <w:rFonts w:ascii="Garamond" w:hAnsi="Garamond"/>
          <w:lang w:val="hu-HU"/>
        </w:rPr>
        <w:t>________</w:t>
      </w:r>
      <w:r w:rsidR="00BD4CCB" w:rsidRPr="006C2FCD">
        <w:rPr>
          <w:rFonts w:ascii="Garamond" w:hAnsi="Garamond"/>
          <w:lang w:val="hu-HU"/>
        </w:rPr>
        <w:t>____</w:t>
      </w:r>
    </w:p>
    <w:p w14:paraId="174BD667" w14:textId="77777777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Születési hely, idő: ________________________________</w:t>
      </w:r>
      <w:r w:rsidR="00EA2D91" w:rsidRPr="006C2FCD">
        <w:rPr>
          <w:rFonts w:ascii="Garamond" w:hAnsi="Garamond"/>
          <w:lang w:val="hu-HU"/>
        </w:rPr>
        <w:t>___</w:t>
      </w:r>
      <w:r w:rsidR="00BD4CCB" w:rsidRPr="006C2FCD">
        <w:rPr>
          <w:rFonts w:ascii="Garamond" w:hAnsi="Garamond"/>
          <w:lang w:val="hu-HU"/>
        </w:rPr>
        <w:t>______</w:t>
      </w:r>
    </w:p>
    <w:p w14:paraId="536CEAC9" w14:textId="77777777" w:rsidR="00EA2D91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Anyja neve: ________________________________</w:t>
      </w:r>
      <w:r w:rsidR="00EA2D91" w:rsidRPr="006C2FCD">
        <w:rPr>
          <w:rFonts w:ascii="Garamond" w:hAnsi="Garamond"/>
          <w:lang w:val="hu-HU"/>
        </w:rPr>
        <w:t>___________</w:t>
      </w:r>
      <w:r w:rsidR="00BD4CCB" w:rsidRPr="006C2FCD">
        <w:rPr>
          <w:rFonts w:ascii="Garamond" w:hAnsi="Garamond"/>
          <w:lang w:val="hu-HU"/>
        </w:rPr>
        <w:t>___</w:t>
      </w:r>
    </w:p>
    <w:p w14:paraId="1477F1CC" w14:textId="3A02E13D" w:rsidR="00EA2D91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Lakcím</w:t>
      </w:r>
      <w:r w:rsidR="00EA2D91" w:rsidRPr="006C2FCD">
        <w:rPr>
          <w:rFonts w:ascii="Garamond" w:hAnsi="Garamond"/>
          <w:lang w:val="hu-HU"/>
        </w:rPr>
        <w:t>:</w:t>
      </w:r>
      <w:r w:rsidR="00920432">
        <w:rPr>
          <w:rFonts w:ascii="Garamond" w:hAnsi="Garamond"/>
          <w:lang w:val="hu-HU"/>
        </w:rPr>
        <w:t xml:space="preserve"> </w:t>
      </w:r>
      <w:r w:rsidR="00EA2D91" w:rsidRPr="006C2FCD">
        <w:rPr>
          <w:rFonts w:ascii="Garamond" w:hAnsi="Garamond"/>
          <w:lang w:val="hu-HU"/>
        </w:rPr>
        <w:t>________________________________________________</w:t>
      </w:r>
      <w:r w:rsidR="00BD4CCB" w:rsidRPr="006C2FCD">
        <w:rPr>
          <w:rFonts w:ascii="Garamond" w:hAnsi="Garamond"/>
          <w:lang w:val="hu-HU"/>
        </w:rPr>
        <w:t>__</w:t>
      </w:r>
    </w:p>
    <w:p w14:paraId="5883CB3E" w14:textId="77777777" w:rsidR="00203608" w:rsidRPr="006C2FCD" w:rsidRDefault="00203608" w:rsidP="00EA2D91">
      <w:pPr>
        <w:rPr>
          <w:rFonts w:ascii="Garamond" w:hAnsi="Garamond"/>
          <w:lang w:val="hu-HU"/>
        </w:rPr>
      </w:pPr>
    </w:p>
    <w:p w14:paraId="5318E2D6" w14:textId="77777777" w:rsidR="00106525" w:rsidRPr="006C2FCD" w:rsidRDefault="00203608" w:rsidP="00EA2D91">
      <w:pPr>
        <w:rPr>
          <w:rFonts w:ascii="Garamond" w:hAnsi="Garamond"/>
          <w:b/>
          <w:lang w:val="hu-HU"/>
        </w:rPr>
      </w:pPr>
      <w:r w:rsidRPr="006C2FCD">
        <w:rPr>
          <w:rFonts w:ascii="Garamond" w:hAnsi="Garamond"/>
          <w:b/>
          <w:lang w:val="hu-HU"/>
        </w:rPr>
        <w:t>Elérhetőségek</w:t>
      </w:r>
    </w:p>
    <w:p w14:paraId="7CC3195C" w14:textId="77777777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Telefonszám: ________________________________</w:t>
      </w:r>
    </w:p>
    <w:p w14:paraId="63B0D4A8" w14:textId="77777777" w:rsidR="00EA2D91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E-mail cím: ________________________________</w:t>
      </w:r>
      <w:r w:rsidRPr="006C2FCD">
        <w:rPr>
          <w:rFonts w:ascii="Garamond" w:hAnsi="Garamond"/>
          <w:lang w:val="hu-HU"/>
        </w:rPr>
        <w:br/>
      </w:r>
    </w:p>
    <w:p w14:paraId="4957FA67" w14:textId="77777777" w:rsidR="00542B69" w:rsidRPr="00215AED" w:rsidRDefault="00542B69" w:rsidP="00EA2D91">
      <w:pPr>
        <w:rPr>
          <w:rFonts w:ascii="Garamond" w:hAnsi="Garamond"/>
          <w:b/>
          <w:lang w:val="hu-HU"/>
        </w:rPr>
      </w:pPr>
    </w:p>
    <w:p w14:paraId="6C787B4F" w14:textId="519B2E9C" w:rsidR="00106525" w:rsidRPr="00215AED" w:rsidRDefault="00203608" w:rsidP="00EA2D91">
      <w:pPr>
        <w:rPr>
          <w:rFonts w:ascii="Garamond" w:hAnsi="Garamond"/>
          <w:b/>
          <w:lang w:val="hu-HU"/>
        </w:rPr>
      </w:pPr>
      <w:r w:rsidRPr="00215AED">
        <w:rPr>
          <w:rFonts w:ascii="Garamond" w:hAnsi="Garamond"/>
          <w:b/>
          <w:lang w:val="hu-HU"/>
        </w:rPr>
        <w:t>Adatkezelési hozzájárulás</w:t>
      </w:r>
    </w:p>
    <w:p w14:paraId="651F7724" w14:textId="11B2625F" w:rsidR="00106525" w:rsidRPr="00215AED" w:rsidRDefault="00203608" w:rsidP="006C2FCD">
      <w:pPr>
        <w:jc w:val="both"/>
        <w:rPr>
          <w:rFonts w:ascii="Garamond" w:hAnsi="Garamond"/>
          <w:lang w:val="hu-HU"/>
        </w:rPr>
      </w:pPr>
      <w:r w:rsidRPr="00215AED">
        <w:rPr>
          <w:rFonts w:ascii="Garamond" w:hAnsi="Garamond"/>
          <w:lang w:val="hu-HU"/>
        </w:rPr>
        <w:t>Alulírott hozzájárulok ahhoz, hogy a megadott személyes adataimat a</w:t>
      </w:r>
      <w:r w:rsidR="00E90600">
        <w:rPr>
          <w:rFonts w:ascii="Garamond" w:hAnsi="Garamond"/>
          <w:lang w:val="hu-HU"/>
        </w:rPr>
        <w:t>z</w:t>
      </w:r>
      <w:r w:rsidRPr="00215AED">
        <w:rPr>
          <w:rFonts w:ascii="Garamond" w:hAnsi="Garamond"/>
          <w:lang w:val="hu-HU"/>
        </w:rPr>
        <w:t xml:space="preserve"> </w:t>
      </w:r>
      <w:r w:rsidR="00E90600" w:rsidRPr="00E90600">
        <w:rPr>
          <w:rFonts w:ascii="Garamond" w:hAnsi="Garamond"/>
          <w:lang w:val="hu-HU"/>
        </w:rPr>
        <w:t>Újra rajzolt emlékek - Generációk kapcsolata a demencia árnyékában c. pályázatra</w:t>
      </w:r>
      <w:r w:rsidR="00E90600">
        <w:rPr>
          <w:rFonts w:ascii="Garamond" w:hAnsi="Garamond"/>
          <w:lang w:val="hu-HU"/>
        </w:rPr>
        <w:t xml:space="preserve"> </w:t>
      </w:r>
      <w:r w:rsidRPr="00215AED">
        <w:rPr>
          <w:rFonts w:ascii="Garamond" w:hAnsi="Garamond"/>
          <w:lang w:val="hu-HU"/>
        </w:rPr>
        <w:t xml:space="preserve">jelentkezés elbírálása és a kapcsolattartás céljából </w:t>
      </w:r>
      <w:r w:rsidR="00DE064F" w:rsidRPr="00215AED">
        <w:rPr>
          <w:rFonts w:ascii="Garamond" w:hAnsi="Garamond"/>
          <w:lang w:val="hu-HU"/>
        </w:rPr>
        <w:t xml:space="preserve">az 1. melléklet szerinti adatkezelési tájékoztatónak megfelelően </w:t>
      </w:r>
      <w:r w:rsidRPr="00215AED">
        <w:rPr>
          <w:rFonts w:ascii="Garamond" w:hAnsi="Garamond"/>
          <w:lang w:val="hu-HU"/>
        </w:rPr>
        <w:t>kezelje.</w:t>
      </w:r>
    </w:p>
    <w:p w14:paraId="032A7A39" w14:textId="77777777" w:rsidR="00106525" w:rsidRPr="00215AED" w:rsidRDefault="00203608">
      <w:pPr>
        <w:rPr>
          <w:rFonts w:ascii="Garamond" w:hAnsi="Garamond"/>
          <w:lang w:val="hu-HU"/>
        </w:rPr>
      </w:pPr>
      <w:r w:rsidRPr="00215AED">
        <w:rPr>
          <w:rFonts w:ascii="Segoe UI Symbol" w:hAnsi="Segoe UI Symbol" w:cs="Segoe UI Symbol"/>
          <w:lang w:val="hu-HU"/>
        </w:rPr>
        <w:t>☐</w:t>
      </w:r>
      <w:r w:rsidRPr="00215AED">
        <w:rPr>
          <w:rFonts w:ascii="Garamond" w:hAnsi="Garamond"/>
          <w:lang w:val="hu-HU"/>
        </w:rPr>
        <w:t xml:space="preserve"> Hozzájárulok</w:t>
      </w:r>
      <w:r w:rsidRPr="00215AED">
        <w:rPr>
          <w:rFonts w:ascii="Garamond" w:hAnsi="Garamond"/>
          <w:lang w:val="hu-HU"/>
        </w:rPr>
        <w:br/>
      </w:r>
    </w:p>
    <w:p w14:paraId="0F9F7D87" w14:textId="77777777" w:rsidR="00106525" w:rsidRPr="00215AED" w:rsidRDefault="00203608">
      <w:pPr>
        <w:rPr>
          <w:rFonts w:ascii="Garamond" w:hAnsi="Garamond"/>
          <w:lang w:val="hu-HU"/>
        </w:rPr>
      </w:pPr>
      <w:r w:rsidRPr="00215AED">
        <w:rPr>
          <w:rFonts w:ascii="Garamond" w:hAnsi="Garamond"/>
          <w:lang w:val="hu-HU"/>
        </w:rPr>
        <w:t>Kelt: ___________________________</w:t>
      </w:r>
      <w:r w:rsidRPr="00215AED">
        <w:rPr>
          <w:rFonts w:ascii="Garamond" w:hAnsi="Garamond"/>
          <w:lang w:val="hu-HU"/>
        </w:rPr>
        <w:tab/>
      </w:r>
      <w:r w:rsidRPr="00215AED">
        <w:rPr>
          <w:rFonts w:ascii="Garamond" w:hAnsi="Garamond"/>
          <w:lang w:val="hu-HU"/>
        </w:rPr>
        <w:tab/>
      </w:r>
      <w:r w:rsidRPr="00215AED">
        <w:rPr>
          <w:rFonts w:ascii="Garamond" w:hAnsi="Garamond"/>
          <w:lang w:val="hu-HU"/>
        </w:rPr>
        <w:tab/>
        <w:t>_________________________</w:t>
      </w:r>
    </w:p>
    <w:p w14:paraId="749F6CF3" w14:textId="12AA4960" w:rsidR="00BD4CCB" w:rsidRPr="00215AED" w:rsidRDefault="00203608" w:rsidP="00215AED">
      <w:pPr>
        <w:spacing w:after="0"/>
        <w:ind w:left="5760" w:firstLine="336"/>
        <w:rPr>
          <w:rFonts w:ascii="Garamond" w:hAnsi="Garamond"/>
          <w:lang w:val="hu-HU"/>
        </w:rPr>
      </w:pPr>
      <w:r w:rsidRPr="00215AED">
        <w:rPr>
          <w:rFonts w:ascii="Garamond" w:hAnsi="Garamond"/>
          <w:lang w:val="hu-HU"/>
        </w:rPr>
        <w:t>Aláírás</w:t>
      </w:r>
    </w:p>
    <w:p w14:paraId="23238D02" w14:textId="77777777" w:rsidR="00106525" w:rsidRPr="006C2FCD" w:rsidRDefault="00106525" w:rsidP="00BD4CCB">
      <w:pPr>
        <w:rPr>
          <w:rFonts w:ascii="Garamond" w:hAnsi="Garamond"/>
          <w:lang w:val="hu-HU"/>
        </w:rPr>
      </w:pPr>
    </w:p>
    <w:p w14:paraId="25E53A67" w14:textId="7091D3FB" w:rsidR="00BD4CCB" w:rsidRPr="006C2FCD" w:rsidRDefault="00203608" w:rsidP="00203608">
      <w:pPr>
        <w:jc w:val="both"/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 xml:space="preserve">A kitöltött jelentkezési lapot </w:t>
      </w:r>
      <w:r w:rsidR="00E90600">
        <w:rPr>
          <w:rFonts w:ascii="Garamond" w:hAnsi="Garamond"/>
          <w:lang w:val="hu-HU"/>
        </w:rPr>
        <w:t xml:space="preserve">a pályaművel együtt </w:t>
      </w:r>
      <w:r w:rsidRPr="006C2FCD">
        <w:rPr>
          <w:rFonts w:ascii="Garamond" w:hAnsi="Garamond"/>
          <w:lang w:val="hu-HU"/>
        </w:rPr>
        <w:t>elektronikusan a</w:t>
      </w:r>
      <w:r w:rsidR="00E90600">
        <w:rPr>
          <w:rFonts w:ascii="Garamond" w:hAnsi="Garamond"/>
          <w:lang w:val="hu-HU"/>
        </w:rPr>
        <w:t xml:space="preserve"> </w:t>
      </w:r>
      <w:proofErr w:type="gramStart"/>
      <w:r w:rsidR="00E90600">
        <w:rPr>
          <w:rFonts w:ascii="Garamond" w:hAnsi="Garamond"/>
          <w:lang w:val="hu-HU"/>
        </w:rPr>
        <w:t>kocsis.juditilona@hegyvidek.hu</w:t>
      </w:r>
      <w:r w:rsidRPr="006C2FCD">
        <w:rPr>
          <w:rFonts w:ascii="Garamond" w:hAnsi="Garamond"/>
          <w:lang w:val="hu-HU"/>
        </w:rPr>
        <w:t xml:space="preserve">  e-mail</w:t>
      </w:r>
      <w:proofErr w:type="gramEnd"/>
      <w:r w:rsidRPr="006C2FCD">
        <w:rPr>
          <w:rFonts w:ascii="Garamond" w:hAnsi="Garamond"/>
          <w:lang w:val="hu-HU"/>
        </w:rPr>
        <w:t xml:space="preserve"> címre kell beküldeni, vagy személyesen a Népjóléti és Köznevelési Irodán</w:t>
      </w:r>
      <w:r w:rsidR="006C4E30" w:rsidRPr="006C2FCD">
        <w:rPr>
          <w:rFonts w:ascii="Garamond" w:hAnsi="Garamond"/>
          <w:lang w:val="hu-HU"/>
        </w:rPr>
        <w:t xml:space="preserve"> (1126 Budapest, Böszörményi út 23-25.) </w:t>
      </w:r>
      <w:r w:rsidRPr="006C2FCD">
        <w:rPr>
          <w:rFonts w:ascii="Garamond" w:hAnsi="Garamond"/>
          <w:lang w:val="hu-HU"/>
        </w:rPr>
        <w:t xml:space="preserve">leadni. </w:t>
      </w:r>
      <w:r w:rsidR="00E90600">
        <w:rPr>
          <w:rFonts w:ascii="Garamond" w:hAnsi="Garamond"/>
          <w:lang w:val="hu-HU"/>
        </w:rPr>
        <w:t xml:space="preserve">Leadási határidő: 2026. </w:t>
      </w:r>
      <w:r w:rsidR="003575D2">
        <w:rPr>
          <w:rFonts w:ascii="Garamond" w:hAnsi="Garamond"/>
          <w:lang w:val="hu-HU"/>
        </w:rPr>
        <w:t>november 20.</w:t>
      </w:r>
      <w:bookmarkStart w:id="1" w:name="_GoBack"/>
      <w:bookmarkEnd w:id="1"/>
      <w:r w:rsidR="00C63DB3">
        <w:rPr>
          <w:rFonts w:ascii="Garamond" w:hAnsi="Garamond"/>
          <w:lang w:val="hu-HU"/>
        </w:rPr>
        <w:t xml:space="preserve"> 12h</w:t>
      </w:r>
    </w:p>
    <w:sectPr w:rsidR="00BD4CCB" w:rsidRPr="006C2FCD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1C06D" w14:textId="77777777" w:rsidR="007A0D7A" w:rsidRDefault="007A0D7A" w:rsidP="00BD4CCB">
      <w:pPr>
        <w:spacing w:after="0" w:line="240" w:lineRule="auto"/>
      </w:pPr>
      <w:r>
        <w:separator/>
      </w:r>
    </w:p>
  </w:endnote>
  <w:endnote w:type="continuationSeparator" w:id="0">
    <w:p w14:paraId="1D146830" w14:textId="77777777" w:rsidR="007A0D7A" w:rsidRDefault="007A0D7A" w:rsidP="00BD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D2447" w14:textId="77777777" w:rsidR="007A0D7A" w:rsidRDefault="007A0D7A" w:rsidP="00BD4CCB">
      <w:pPr>
        <w:spacing w:after="0" w:line="240" w:lineRule="auto"/>
      </w:pPr>
      <w:r>
        <w:separator/>
      </w:r>
    </w:p>
  </w:footnote>
  <w:footnote w:type="continuationSeparator" w:id="0">
    <w:p w14:paraId="388E2C1F" w14:textId="77777777" w:rsidR="007A0D7A" w:rsidRDefault="007A0D7A" w:rsidP="00BD4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65A0F" w14:textId="2DB28470" w:rsidR="00BD4CCB" w:rsidRDefault="00BD4CCB">
    <w:pPr>
      <w:pStyle w:val="lfej"/>
    </w:pPr>
    <w:r w:rsidRPr="00BD4CCB">
      <w:rPr>
        <w:rFonts w:ascii="Garamond" w:eastAsia="Times New Roman" w:hAnsi="Garamond" w:cs="Times New Roman"/>
        <w:noProof/>
        <w:sz w:val="20"/>
        <w:szCs w:val="20"/>
        <w:lang w:val="hu-HU" w:eastAsia="hu-HU"/>
      </w:rPr>
      <w:drawing>
        <wp:inline distT="0" distB="0" distL="0" distR="0" wp14:anchorId="1B268F93" wp14:editId="315EA9E8">
          <wp:extent cx="518160" cy="716280"/>
          <wp:effectExtent l="0" t="0" r="0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F38"/>
    <w:rsid w:val="00106525"/>
    <w:rsid w:val="0015074B"/>
    <w:rsid w:val="00195C1C"/>
    <w:rsid w:val="001C5F38"/>
    <w:rsid w:val="001F4973"/>
    <w:rsid w:val="00203608"/>
    <w:rsid w:val="00215AED"/>
    <w:rsid w:val="0029639D"/>
    <w:rsid w:val="00326F90"/>
    <w:rsid w:val="003575D2"/>
    <w:rsid w:val="004470B4"/>
    <w:rsid w:val="00492E55"/>
    <w:rsid w:val="00542B69"/>
    <w:rsid w:val="006C2FCD"/>
    <w:rsid w:val="006C4E30"/>
    <w:rsid w:val="007345E5"/>
    <w:rsid w:val="007A0D7A"/>
    <w:rsid w:val="00920432"/>
    <w:rsid w:val="00957961"/>
    <w:rsid w:val="00961862"/>
    <w:rsid w:val="009A10C1"/>
    <w:rsid w:val="00A26FB7"/>
    <w:rsid w:val="00A270E2"/>
    <w:rsid w:val="00AA1D8D"/>
    <w:rsid w:val="00B47730"/>
    <w:rsid w:val="00BD4CCB"/>
    <w:rsid w:val="00C63DB3"/>
    <w:rsid w:val="00CB0664"/>
    <w:rsid w:val="00DE064F"/>
    <w:rsid w:val="00DE13D0"/>
    <w:rsid w:val="00E90600"/>
    <w:rsid w:val="00EA2D91"/>
    <w:rsid w:val="00EF2A7B"/>
    <w:rsid w:val="00F14803"/>
    <w:rsid w:val="00FC693F"/>
    <w:rsid w:val="00FE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D54354"/>
  <w14:defaultImageDpi w14:val="300"/>
  <w15:docId w15:val="{4102E7AB-C012-476C-831B-294F4E289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Vltozat">
    <w:name w:val="Revision"/>
    <w:hidden/>
    <w:uiPriority w:val="99"/>
    <w:semiHidden/>
    <w:rsid w:val="00DE064F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DE13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E13D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E13D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E13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E13D0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27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70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16F8D3-CE3E-42C5-B2D7-667F13D48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Kocsis Judit Ilona</cp:lastModifiedBy>
  <cp:revision>2</cp:revision>
  <cp:lastPrinted>2026-04-16T06:18:00Z</cp:lastPrinted>
  <dcterms:created xsi:type="dcterms:W3CDTF">2026-09-28T12:46:00Z</dcterms:created>
  <dcterms:modified xsi:type="dcterms:W3CDTF">2026-09-28T12:46:00Z</dcterms:modified>
  <cp:category/>
</cp:coreProperties>
</file>